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A835F9" w14:textId="77777777" w:rsidR="0001259F" w:rsidRPr="008345D9" w:rsidRDefault="00000000">
      <w:pPr>
        <w:spacing w:after="40"/>
        <w:jc w:val="center"/>
        <w:rPr>
          <w:lang w:val="it-IT"/>
        </w:rPr>
      </w:pPr>
      <w:r w:rsidRPr="008345D9">
        <w:rPr>
          <w:rFonts w:ascii="Aptos Display" w:hAnsi="Aptos Display"/>
          <w:b/>
          <w:color w:val="24445C"/>
          <w:sz w:val="38"/>
          <w:lang w:val="it-IT"/>
        </w:rPr>
        <w:t>SCHEDA INFORMATIVA</w:t>
      </w:r>
    </w:p>
    <w:p w14:paraId="462B9375" w14:textId="113EE233" w:rsidR="0001259F" w:rsidRPr="008345D9" w:rsidRDefault="00000000">
      <w:pPr>
        <w:spacing w:after="80"/>
        <w:jc w:val="center"/>
        <w:rPr>
          <w:lang w:val="it-IT"/>
        </w:rPr>
      </w:pPr>
      <w:r w:rsidRPr="008345D9">
        <w:rPr>
          <w:b/>
          <w:color w:val="2F7C82"/>
          <w:sz w:val="26"/>
          <w:lang w:val="it-IT"/>
        </w:rPr>
        <w:t>PROPOSTA DI CONVENZIONE</w:t>
      </w:r>
    </w:p>
    <w:p w14:paraId="10C4CF0A" w14:textId="77777777" w:rsidR="0001259F" w:rsidRPr="008345D9" w:rsidRDefault="00000000">
      <w:pPr>
        <w:spacing w:after="180"/>
        <w:jc w:val="center"/>
        <w:rPr>
          <w:lang w:val="it-IT"/>
        </w:rPr>
      </w:pPr>
      <w:r w:rsidRPr="008345D9">
        <w:rPr>
          <w:i/>
          <w:color w:val="5A6E7B"/>
          <w:lang w:val="it-IT"/>
        </w:rPr>
        <w:t>Ordine degli Psicologi del Friuli Venezia Giulia</w:t>
      </w:r>
    </w:p>
    <w:p w14:paraId="69477CCF" w14:textId="1E6FC53D" w:rsidR="0001259F" w:rsidRPr="008345D9" w:rsidRDefault="00000000">
      <w:pPr>
        <w:spacing w:after="160"/>
        <w:rPr>
          <w:lang w:val="it-IT"/>
        </w:rPr>
      </w:pPr>
      <w:r w:rsidRPr="008345D9">
        <w:rPr>
          <w:lang w:val="it-IT"/>
        </w:rPr>
        <w:t xml:space="preserve">Per consentire una corretta valutazione della proposta e predisporre un’eventuale comunicazione agli iscritti, </w:t>
      </w:r>
      <w:r w:rsidR="008345D9" w:rsidRPr="008345D9">
        <w:rPr>
          <w:lang w:val="it-IT"/>
        </w:rPr>
        <w:t xml:space="preserve">si </w:t>
      </w:r>
      <w:r w:rsidRPr="008345D9">
        <w:rPr>
          <w:lang w:val="it-IT"/>
        </w:rPr>
        <w:t>chied</w:t>
      </w:r>
      <w:r w:rsidR="008345D9" w:rsidRPr="008345D9">
        <w:rPr>
          <w:lang w:val="it-IT"/>
        </w:rPr>
        <w:t>e</w:t>
      </w:r>
      <w:r w:rsidRPr="008345D9">
        <w:rPr>
          <w:lang w:val="it-IT"/>
        </w:rPr>
        <w:t xml:space="preserve"> di compilare la scheda in tutte le sue parti e di allegare, ove disponibili, listino prezzi e materiale informativo.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01259F" w:rsidRPr="008345D9" w14:paraId="7581B9BA" w14:textId="77777777">
        <w:trPr>
          <w:jc w:val="center"/>
        </w:trPr>
        <w:tc>
          <w:tcPr>
            <w:tcW w:w="10224" w:type="dxa"/>
            <w:shd w:val="clear" w:color="auto" w:fill="24445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8C0AA8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color w:val="FFFFFF"/>
                <w:lang w:val="it-IT"/>
              </w:rPr>
              <w:t>1. DATI DEL PROPONENTE</w:t>
            </w:r>
          </w:p>
        </w:tc>
      </w:tr>
    </w:tbl>
    <w:p w14:paraId="0CBF0797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984"/>
      </w:tblGrid>
      <w:tr w:rsidR="0001259F" w:rsidRPr="008345D9" w14:paraId="6F2499AB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92D871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Ragione sociale / denominazione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861D72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56A66110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282DAE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Sede legale e/o fiscale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6D5018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2B0A75C2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E6936E" w14:textId="4537ABC5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Partita IVA</w:t>
            </w:r>
            <w:r w:rsidR="008345D9" w:rsidRPr="008345D9">
              <w:rPr>
                <w:b/>
                <w:sz w:val="17"/>
                <w:lang w:val="it-IT"/>
              </w:rPr>
              <w:t xml:space="preserve"> e/o Codice Fiscale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B2BD06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3E82FAD8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10FFF8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Sito web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38A0F0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07DB734E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DDFA46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Referente per la convenzione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D7260B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60FA000D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E31BD4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E-mail e telefono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AF591A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</w:tbl>
    <w:p w14:paraId="71E0E91B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01259F" w:rsidRPr="008345D9" w14:paraId="4497125B" w14:textId="77777777">
        <w:trPr>
          <w:jc w:val="center"/>
        </w:trPr>
        <w:tc>
          <w:tcPr>
            <w:tcW w:w="10224" w:type="dxa"/>
            <w:shd w:val="clear" w:color="auto" w:fill="24445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C5BB0B6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color w:val="FFFFFF"/>
                <w:lang w:val="it-IT"/>
              </w:rPr>
              <w:t>2. OGGETTO DELLA PROPOSTA</w:t>
            </w:r>
          </w:p>
        </w:tc>
      </w:tr>
    </w:tbl>
    <w:p w14:paraId="72A7F789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984"/>
      </w:tblGrid>
      <w:tr w:rsidR="0001259F" w:rsidRPr="008345D9" w14:paraId="55826DB8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30D031BD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Beni e/o servizi offerti</w:t>
            </w:r>
          </w:p>
          <w:p w14:paraId="3E10F9F3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Descrizione della proposta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2C51B466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  <w:r w:rsidRPr="008345D9">
              <w:rPr>
                <w:lang w:val="it-IT"/>
              </w:rPr>
              <w:br/>
            </w:r>
          </w:p>
        </w:tc>
      </w:tr>
      <w:tr w:rsidR="0001259F" w:rsidRPr="008345D9" w14:paraId="7DA2365F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30B13272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Condizioni o limitazioni</w:t>
            </w:r>
          </w:p>
          <w:p w14:paraId="18E910B7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Eventuali esclusioni, vincoli o condizioni particolari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4032F307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</w:tbl>
    <w:p w14:paraId="530CCAC1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01259F" w:rsidRPr="008345D9" w14:paraId="095E0697" w14:textId="77777777">
        <w:trPr>
          <w:jc w:val="center"/>
        </w:trPr>
        <w:tc>
          <w:tcPr>
            <w:tcW w:w="10224" w:type="dxa"/>
            <w:shd w:val="clear" w:color="auto" w:fill="24445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CB2BDA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color w:val="FFFFFF"/>
                <w:lang w:val="it-IT"/>
              </w:rPr>
              <w:t>3. CONDIZIONI ECONOMICHE RISERVATE AGLI ISCRITTI</w:t>
            </w:r>
          </w:p>
        </w:tc>
      </w:tr>
    </w:tbl>
    <w:p w14:paraId="772F91C3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984"/>
      </w:tblGrid>
      <w:tr w:rsidR="0001259F" w:rsidRPr="008345D9" w14:paraId="4E1E16FA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F7EDE8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Prezzo di listino</w:t>
            </w:r>
          </w:p>
          <w:p w14:paraId="206ED817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Indicare importo e valuta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64B91B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7697A123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644A50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Prezzo riservato agli iscritti</w:t>
            </w:r>
          </w:p>
          <w:p w14:paraId="6983C291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Indicare importo e valuta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CC16E7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1E42A507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0DBA6B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Percentuale di sconto</w:t>
            </w:r>
          </w:p>
          <w:p w14:paraId="53B57AB4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Indicare la percentuale applicata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313171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6BB5AA93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C1C373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IVA</w:t>
            </w:r>
          </w:p>
          <w:p w14:paraId="0D73FEAD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Prezzi IVA inclusa o esclusa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FDFBE7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4F4AD2CA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335DCB8E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Ulteriori agevolazioni</w:t>
            </w:r>
          </w:p>
          <w:p w14:paraId="3056CDB2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Eventuali condizioni economiche aggiuntive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0D1DE79B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  <w:tr w:rsidR="0001259F" w:rsidRPr="008345D9" w14:paraId="3D04DC47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85730B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Validità dell’offerta</w:t>
            </w:r>
          </w:p>
          <w:p w14:paraId="0E9B1071" w14:textId="58CB00BC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 xml:space="preserve">Data di scadenza, se </w:t>
            </w:r>
            <w:r w:rsidR="008345D9" w:rsidRPr="008345D9">
              <w:rPr>
                <w:i/>
                <w:color w:val="5F707A"/>
                <w:sz w:val="14"/>
                <w:lang w:val="it-IT"/>
              </w:rPr>
              <w:t>diversa dai previsti 12 mes</w:t>
            </w:r>
            <w:r w:rsidR="008345D9">
              <w:rPr>
                <w:i/>
                <w:color w:val="5F707A"/>
                <w:sz w:val="14"/>
                <w:lang w:val="it-IT"/>
              </w:rPr>
              <w:t>i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D26F4D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</w:tbl>
    <w:p w14:paraId="7E835AA5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01259F" w:rsidRPr="008345D9" w14:paraId="02DA5D17" w14:textId="77777777">
        <w:trPr>
          <w:jc w:val="center"/>
        </w:trPr>
        <w:tc>
          <w:tcPr>
            <w:tcW w:w="10224" w:type="dxa"/>
            <w:shd w:val="clear" w:color="auto" w:fill="24445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395764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color w:val="FFFFFF"/>
                <w:lang w:val="it-IT"/>
              </w:rPr>
              <w:lastRenderedPageBreak/>
              <w:t>4. MODALITÀ DI FRUIZIONE DELLA CONVENZIONE</w:t>
            </w:r>
          </w:p>
        </w:tc>
      </w:tr>
    </w:tbl>
    <w:p w14:paraId="0E31F2F5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984"/>
      </w:tblGrid>
      <w:tr w:rsidR="0001259F" w:rsidRPr="008345D9" w14:paraId="364F3F52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2D424BF1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Come accedere alla convenzione</w:t>
            </w:r>
          </w:p>
          <w:p w14:paraId="63682A1A" w14:textId="16C99492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Es. acquisto online, prenotazione, contatto diretto, accesso in sede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2E240136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  <w:tr w:rsidR="0001259F" w:rsidRPr="008345D9" w14:paraId="25DA7EAF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193D0A4D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Come identificare l’iscritto</w:t>
            </w:r>
          </w:p>
          <w:p w14:paraId="55C0F9D2" w14:textId="7E823E38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Es.</w:t>
            </w:r>
            <w:r w:rsidR="008345D9">
              <w:rPr>
                <w:i/>
                <w:color w:val="5F707A"/>
                <w:sz w:val="14"/>
                <w:lang w:val="it-IT"/>
              </w:rPr>
              <w:t xml:space="preserve"> </w:t>
            </w:r>
            <w:r w:rsidRPr="008345D9">
              <w:rPr>
                <w:i/>
                <w:color w:val="5F707A"/>
                <w:sz w:val="14"/>
                <w:lang w:val="it-IT"/>
              </w:rPr>
              <w:t>codice promozionale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673CE2ED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  <w:tr w:rsidR="0001259F" w:rsidRPr="008345D9" w14:paraId="387D80D9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4A3AB838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Link, codici o procedure</w:t>
            </w:r>
          </w:p>
          <w:p w14:paraId="49BA2279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Indicare eventuali passaggi specifici da seguire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04C9458A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  <w:tr w:rsidR="0001259F" w:rsidRPr="008345D9" w14:paraId="1ED20620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079747A7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Costi aggiuntivi</w:t>
            </w:r>
          </w:p>
          <w:p w14:paraId="51A496D3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Es. spedizione, commissioni o altri oneri a carico dell’iscritto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323B0F98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  <w:tr w:rsidR="0001259F" w:rsidRPr="008345D9" w14:paraId="706F1D2E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41AD2C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Contatti per assistenza</w:t>
            </w:r>
          </w:p>
          <w:p w14:paraId="449D6FFD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Recapiti dedicati agli iscritti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DE1240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</w:tbl>
    <w:p w14:paraId="71BF582E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01259F" w:rsidRPr="008345D9" w14:paraId="211C8742" w14:textId="77777777">
        <w:trPr>
          <w:jc w:val="center"/>
        </w:trPr>
        <w:tc>
          <w:tcPr>
            <w:tcW w:w="10224" w:type="dxa"/>
            <w:shd w:val="clear" w:color="auto" w:fill="24445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A6E142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color w:val="FFFFFF"/>
                <w:lang w:val="it-IT"/>
              </w:rPr>
              <w:t>5. ULTERIORI INFORMAZIONI E MATERIALI</w:t>
            </w:r>
          </w:p>
        </w:tc>
      </w:tr>
    </w:tbl>
    <w:p w14:paraId="5E7DA021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984"/>
      </w:tblGrid>
      <w:tr w:rsidR="0001259F" w:rsidRPr="008345D9" w14:paraId="68D6E0DC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6C4886F6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Ulteriori vantaggi per gli iscritti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356E704C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  <w:tr w:rsidR="0001259F" w:rsidRPr="008345D9" w14:paraId="07A81899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167D3C2E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Materiale informativo allegato</w:t>
            </w:r>
          </w:p>
          <w:p w14:paraId="5D7A6589" w14:textId="77777777" w:rsidR="0001259F" w:rsidRPr="008345D9" w:rsidRDefault="00000000">
            <w:pPr>
              <w:spacing w:before="20" w:after="0"/>
              <w:rPr>
                <w:lang w:val="it-IT"/>
              </w:rPr>
            </w:pPr>
            <w:r w:rsidRPr="008345D9">
              <w:rPr>
                <w:i/>
                <w:color w:val="5F707A"/>
                <w:sz w:val="14"/>
                <w:lang w:val="it-IT"/>
              </w:rPr>
              <w:t>Es. brochure, catalogo, listino prezzi, presentazione o link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3B9614C8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  <w:tr w:rsidR="0001259F" w:rsidRPr="008345D9" w14:paraId="290EA9C3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56C45430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Altre informazioni utili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44DE8E87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</w:tbl>
    <w:p w14:paraId="329353B7" w14:textId="77777777" w:rsidR="0001259F" w:rsidRPr="008345D9" w:rsidRDefault="0001259F">
      <w:pPr>
        <w:spacing w:after="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01259F" w:rsidRPr="008345D9" w14:paraId="57C46EF9" w14:textId="77777777">
        <w:trPr>
          <w:jc w:val="center"/>
        </w:trPr>
        <w:tc>
          <w:tcPr>
            <w:tcW w:w="10224" w:type="dxa"/>
            <w:shd w:val="clear" w:color="auto" w:fill="24445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FF5DF5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color w:val="FFFFFF"/>
                <w:lang w:val="it-IT"/>
              </w:rPr>
              <w:t>6. DICHIARAZIONE DEL PROPONENTE</w:t>
            </w:r>
          </w:p>
        </w:tc>
      </w:tr>
    </w:tbl>
    <w:p w14:paraId="25E220AC" w14:textId="77777777" w:rsidR="0001259F" w:rsidRPr="008345D9" w:rsidRDefault="0001259F">
      <w:pPr>
        <w:spacing w:after="0"/>
        <w:rPr>
          <w:lang w:val="it-IT"/>
        </w:rPr>
      </w:pPr>
    </w:p>
    <w:p w14:paraId="6F0C34A2" w14:textId="77777777" w:rsidR="0001259F" w:rsidRPr="008345D9" w:rsidRDefault="00000000">
      <w:pPr>
        <w:spacing w:after="160"/>
        <w:rPr>
          <w:lang w:val="it-IT"/>
        </w:rPr>
      </w:pPr>
      <w:r w:rsidRPr="008345D9">
        <w:rPr>
          <w:lang w:val="it-IT"/>
        </w:rPr>
        <w:t>Il/La sottoscritto/a, in qualità di referente della proposta, dichiara che le informazioni riportate nella presente scheda sono corrette e che le condizioni economiche e le modalità di fruizione indicate corrispondono all’offerta proposta agli iscritti all’Ordine degli Psicologi del Friuli Venezia Giulia.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984"/>
      </w:tblGrid>
      <w:tr w:rsidR="0001259F" w:rsidRPr="008345D9" w14:paraId="79993554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4C1600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Luogo e data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F4CE3F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70940AA5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4F7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9FCDD5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Nome e cognome del referente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A810A9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t xml:space="preserve"> </w:t>
            </w:r>
          </w:p>
        </w:tc>
      </w:tr>
      <w:tr w:rsidR="0001259F" w:rsidRPr="008345D9" w14:paraId="7DBB0202" w14:textId="77777777">
        <w:trPr>
          <w:jc w:val="center"/>
        </w:trPr>
        <w:tc>
          <w:tcPr>
            <w:tcW w:w="3240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EAF3F3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7A694151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b/>
                <w:sz w:val="17"/>
                <w:lang w:val="it-IT"/>
              </w:rPr>
              <w:t>Firma</w:t>
            </w:r>
          </w:p>
        </w:tc>
        <w:tc>
          <w:tcPr>
            <w:tcW w:w="6984" w:type="dxa"/>
            <w:tcBorders>
              <w:top w:val="single" w:sz="4" w:space="0" w:color="D6E2E8"/>
              <w:left w:val="single" w:sz="4" w:space="0" w:color="D6E2E8"/>
              <w:bottom w:val="single" w:sz="4" w:space="0" w:color="D6E2E8"/>
              <w:right w:val="single" w:sz="4" w:space="0" w:color="D6E2E8"/>
            </w:tcBorders>
            <w:shd w:val="clear" w:color="auto" w:fill="FFFFFF"/>
            <w:tcMar>
              <w:top w:w="150" w:type="dxa"/>
              <w:left w:w="110" w:type="dxa"/>
              <w:bottom w:w="150" w:type="dxa"/>
              <w:right w:w="110" w:type="dxa"/>
            </w:tcMar>
            <w:vAlign w:val="center"/>
          </w:tcPr>
          <w:p w14:paraId="32FBB77D" w14:textId="77777777" w:rsidR="0001259F" w:rsidRPr="008345D9" w:rsidRDefault="00000000">
            <w:pPr>
              <w:spacing w:after="0"/>
              <w:rPr>
                <w:lang w:val="it-IT"/>
              </w:rPr>
            </w:pPr>
            <w:r w:rsidRPr="008345D9">
              <w:rPr>
                <w:lang w:val="it-IT"/>
              </w:rPr>
              <w:br/>
            </w:r>
          </w:p>
        </w:tc>
      </w:tr>
    </w:tbl>
    <w:p w14:paraId="0A49117F" w14:textId="77777777" w:rsidR="0001259F" w:rsidRPr="008345D9" w:rsidRDefault="0001259F">
      <w:pPr>
        <w:spacing w:after="0"/>
        <w:rPr>
          <w:lang w:val="it-IT"/>
        </w:rPr>
      </w:pPr>
    </w:p>
    <w:p w14:paraId="3030F7E6" w14:textId="77777777" w:rsidR="0001259F" w:rsidRDefault="00000000">
      <w:pPr>
        <w:spacing w:before="60"/>
        <w:jc w:val="center"/>
        <w:rPr>
          <w:i/>
          <w:color w:val="5A6E7B"/>
          <w:sz w:val="16"/>
          <w:lang w:val="it-IT"/>
        </w:rPr>
      </w:pPr>
      <w:r w:rsidRPr="008345D9">
        <w:rPr>
          <w:i/>
          <w:color w:val="5A6E7B"/>
          <w:sz w:val="16"/>
          <w:lang w:val="it-IT"/>
        </w:rPr>
        <w:t>Allegare, se disponibili, il listino prezzi ordinario e il materiale informativo dell’offerta.</w:t>
      </w:r>
    </w:p>
    <w:p w14:paraId="34E7DE6F" w14:textId="77777777" w:rsidR="008345D9" w:rsidRPr="008345D9" w:rsidRDefault="008345D9" w:rsidP="008345D9">
      <w:pPr>
        <w:rPr>
          <w:lang w:val="it-IT"/>
        </w:rPr>
      </w:pPr>
    </w:p>
    <w:p w14:paraId="2FE539C7" w14:textId="77777777" w:rsidR="008345D9" w:rsidRPr="008345D9" w:rsidRDefault="008345D9" w:rsidP="008345D9">
      <w:pPr>
        <w:rPr>
          <w:lang w:val="it-IT"/>
        </w:rPr>
      </w:pPr>
    </w:p>
    <w:p w14:paraId="286ED1F6" w14:textId="3E7996DF" w:rsidR="008345D9" w:rsidRPr="008345D9" w:rsidRDefault="008345D9" w:rsidP="008345D9">
      <w:pPr>
        <w:tabs>
          <w:tab w:val="left" w:pos="4320"/>
        </w:tabs>
        <w:rPr>
          <w:lang w:val="it-IT"/>
        </w:rPr>
      </w:pPr>
      <w:r>
        <w:rPr>
          <w:lang w:val="it-IT"/>
        </w:rPr>
        <w:tab/>
      </w:r>
    </w:p>
    <w:sectPr w:rsidR="008345D9" w:rsidRPr="008345D9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2E63D6" w14:textId="77777777" w:rsidR="000F6BEF" w:rsidRDefault="000F6BEF">
      <w:pPr>
        <w:spacing w:after="0" w:line="240" w:lineRule="auto"/>
      </w:pPr>
      <w:r>
        <w:separator/>
      </w:r>
    </w:p>
  </w:endnote>
  <w:endnote w:type="continuationSeparator" w:id="0">
    <w:p w14:paraId="7EA2CDC4" w14:textId="77777777" w:rsidR="000F6BEF" w:rsidRDefault="000F6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A2A77C" w14:textId="27C9C44E" w:rsidR="0001259F" w:rsidRPr="008345D9" w:rsidRDefault="00000000">
    <w:pPr>
      <w:pStyle w:val="Pidipagina"/>
      <w:jc w:val="center"/>
      <w:rPr>
        <w:lang w:val="it-IT"/>
      </w:rPr>
    </w:pPr>
    <w:r>
      <w:rPr>
        <w:color w:val="697882"/>
        <w:sz w:val="14"/>
      </w:rPr>
      <w:t xml:space="preserve">Ordine degli Psicologi del Friuli Venezia Giulia • </w:t>
    </w:r>
    <w:r w:rsidRPr="008345D9">
      <w:rPr>
        <w:color w:val="697882"/>
        <w:sz w:val="14"/>
        <w:lang w:val="it-IT"/>
      </w:rPr>
      <w:t xml:space="preserve">Scheda </w:t>
    </w:r>
    <w:r w:rsidR="008345D9">
      <w:rPr>
        <w:color w:val="697882"/>
        <w:sz w:val="14"/>
        <w:lang w:val="it-IT"/>
      </w:rPr>
      <w:t xml:space="preserve">riassuntiva per la valutazione della </w:t>
    </w:r>
    <w:r w:rsidRPr="008345D9">
      <w:rPr>
        <w:color w:val="697882"/>
        <w:sz w:val="14"/>
        <w:lang w:val="it-IT"/>
      </w:rPr>
      <w:t>proposta di convenzione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7E1E6A" w14:textId="77777777" w:rsidR="000F6BEF" w:rsidRDefault="000F6BEF">
      <w:pPr>
        <w:spacing w:after="0" w:line="240" w:lineRule="auto"/>
      </w:pPr>
      <w:r>
        <w:separator/>
      </w:r>
    </w:p>
  </w:footnote>
  <w:footnote w:type="continuationSeparator" w:id="0">
    <w:p w14:paraId="59E45AFB" w14:textId="77777777" w:rsidR="000F6BEF" w:rsidRDefault="000F6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8479299">
    <w:abstractNumId w:val="8"/>
  </w:num>
  <w:num w:numId="2" w16cid:durableId="1792699391">
    <w:abstractNumId w:val="6"/>
  </w:num>
  <w:num w:numId="3" w16cid:durableId="617881671">
    <w:abstractNumId w:val="5"/>
  </w:num>
  <w:num w:numId="4" w16cid:durableId="1461654399">
    <w:abstractNumId w:val="4"/>
  </w:num>
  <w:num w:numId="5" w16cid:durableId="1911768089">
    <w:abstractNumId w:val="7"/>
  </w:num>
  <w:num w:numId="6" w16cid:durableId="418018313">
    <w:abstractNumId w:val="3"/>
  </w:num>
  <w:num w:numId="7" w16cid:durableId="164639051">
    <w:abstractNumId w:val="2"/>
  </w:num>
  <w:num w:numId="8" w16cid:durableId="1769547558">
    <w:abstractNumId w:val="1"/>
  </w:num>
  <w:num w:numId="9" w16cid:durableId="5006988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59F"/>
    <w:rsid w:val="00034616"/>
    <w:rsid w:val="0006063C"/>
    <w:rsid w:val="000F6BEF"/>
    <w:rsid w:val="0015074B"/>
    <w:rsid w:val="0029639D"/>
    <w:rsid w:val="00326F90"/>
    <w:rsid w:val="00753959"/>
    <w:rsid w:val="008345D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51416"/>
  <w14:defaultImageDpi w14:val="300"/>
  <w15:docId w15:val="{C55D06C6-5C17-344F-AD5D-4AC0B5F1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color w:val="263746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Ordine Psicologi FVG</cp:lastModifiedBy>
  <cp:revision>2</cp:revision>
  <dcterms:created xsi:type="dcterms:W3CDTF">2013-12-23T23:15:00Z</dcterms:created>
  <dcterms:modified xsi:type="dcterms:W3CDTF">2026-10-21T07:15:00Z</dcterms:modified>
  <cp:category/>
</cp:coreProperties>
</file>